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sz w:val="38"/>
        </w:rPr>
        <w:t>LATOYYA SMITH</w:t>
      </w:r>
    </w:p>
    <w:p>
      <w:pPr>
        <w:spacing w:after="20"/>
        <w:jc w:val="center"/>
      </w:pPr>
      <w:r>
        <w:rPr>
          <w:b/>
          <w:sz w:val="21"/>
        </w:rPr>
        <w:t>IT SUPPORT | END-USER TECHNOLOGY | TECHNICAL OPERATIONS</w:t>
      </w:r>
    </w:p>
    <w:p>
      <w:pPr>
        <w:spacing w:after="20"/>
        <w:jc w:val="center"/>
      </w:pPr>
      <w:r>
        <w:rPr>
          <w:b w:val="0"/>
          <w:sz w:val="18"/>
        </w:rPr>
        <w:t>Houston, TX | (713) 449-3442 | latoyya@gmail.com | latoyyasmith.com</w:t>
      </w:r>
    </w:p>
    <w:p>
      <w:pPr>
        <w:spacing w:after="40" w:before="60"/>
      </w:pPr>
      <w:r>
        <w:rPr>
          <w:b/>
          <w:sz w:val="21"/>
        </w:rPr>
        <w:t>PROFESSIONAL OVERVIEW</w:t>
      </w:r>
    </w:p>
    <w:p>
      <w:pPr>
        <w:spacing w:after="20"/>
      </w:pPr>
      <w:r>
        <w:rPr>
          <w:b w:val="0"/>
        </w:rPr>
        <w:t>Experienced technology professional with a strong background in enterprise IT support, end-user technology, technical operations, and customer service. Skilled in diagnosing and resolving hardware, software, application, connectivity, account-access, printer, peripheral, and mobile-device issues across Windows, macOS/OS X, Linux, Chrome OS, and Android environments. Hands-on experience with system imaging, software installation and updates, device deployment, asset and loaner-equipment tracking, remote access, user-account administration, video conferencing, and technical documentation. Brings enterprise experience from Google, education and field-support experience, and current client-facing technology work as a small-business owner. M.S. in Computer Science with CompTIA A+ and Network+ credentials; currently preparing for Microsoft Azure Fundamentals (AZ-900).</w:t>
      </w:r>
    </w:p>
    <w:p>
      <w:pPr>
        <w:spacing w:after="40" w:before="60"/>
      </w:pPr>
      <w:r>
        <w:rPr>
          <w:b/>
          <w:sz w:val="21"/>
        </w:rPr>
        <w:t>CORE COMPETENCIES</w:t>
      </w:r>
    </w:p>
    <w:p>
      <w:pPr>
        <w:spacing w:after="20"/>
      </w:pPr>
      <w:r>
        <w:rPr>
          <w:b w:val="0"/>
        </w:rPr>
        <w:t>End-User Support • Remote &amp; Onsite Support • Incident Troubleshooting • Hardware Diagnostics • Windows 10/11 • macOS/OS X • System Imaging • Software Installation &amp; Upgrades • Device Deployment • Printers &amp; Peripherals • Asset &amp; Loaner Equipment Management • Active Directory &amp; User Access • Microsoft 365 / Office • TCP/IP, DNS &amp; DHCP • VPN &amp; Remote Access • Video Conferencing • VoIP • Mobile Device Support • Technical Documentation • Issue Escalation • Customer Service</w:t>
      </w:r>
    </w:p>
    <w:p>
      <w:pPr>
        <w:spacing w:after="40" w:before="60"/>
      </w:pPr>
      <w:r>
        <w:rPr>
          <w:b/>
          <w:sz w:val="21"/>
        </w:rPr>
        <w:t>PROFESSIONAL EXPERIENCE</w:t>
      </w:r>
    </w:p>
    <w:p>
      <w:pPr>
        <w:spacing w:after="20"/>
      </w:pPr>
      <w:r>
        <w:rPr>
          <w:b w:val="0"/>
        </w:rPr>
      </w:r>
      <w:r>
        <w:rPr>
          <w:b/>
        </w:rPr>
        <w:t xml:space="preserve">OWNER | TECHNOLOGY &amp; CREATIVE SERVICES | </w:t>
      </w:r>
      <w:r>
        <w:t xml:space="preserve">4Twelve Designs, Houston, TX | </w:t>
      </w:r>
      <w:r>
        <w:rPr>
          <w:b/>
        </w:rPr>
        <w:t>2016 – PRESENT</w:t>
      </w:r>
    </w:p>
    <w:p>
      <w:pPr>
        <w:pStyle w:val="ListBullet"/>
        <w:spacing w:after="6"/>
        <w:ind w:left="288"/>
      </w:pPr>
      <w:r>
        <w:t>Manage a client-focused small business delivering web, digital, print, branding, and technology solutions for individuals, small businesses, and organizations.</w:t>
      </w:r>
    </w:p>
    <w:p>
      <w:pPr>
        <w:pStyle w:val="ListBullet"/>
        <w:spacing w:after="6"/>
        <w:ind w:left="288"/>
      </w:pPr>
      <w:r>
        <w:t>Coordinate multiple concurrent client requests from requirements through delivery, troubleshoot technical and website issues, and communicate solutions in clear, customer-friendly language.</w:t>
      </w:r>
    </w:p>
    <w:p>
      <w:pPr>
        <w:pStyle w:val="ListBullet"/>
        <w:spacing w:after="6"/>
        <w:ind w:left="288"/>
      </w:pPr>
      <w:r>
        <w:t>Develop and maintain responsive websites using HTML5, CSS3, JavaScript, and related technologies while supporting updates, configuration changes, and evolving client needs.</w:t>
      </w:r>
    </w:p>
    <w:p>
      <w:pPr>
        <w:spacing w:after="20"/>
      </w:pPr>
      <w:r>
        <w:rPr>
          <w:b w:val="0"/>
        </w:rPr>
      </w:r>
      <w:r>
        <w:rPr>
          <w:b/>
        </w:rPr>
        <w:t xml:space="preserve">WEB DEVELOPER | TECHNICAL CLIENT SUPPORT | </w:t>
      </w:r>
      <w:r>
        <w:t xml:space="preserve">HQ Consulting, Houston, TX | </w:t>
      </w:r>
      <w:r>
        <w:rPr>
          <w:b/>
        </w:rPr>
        <w:t>2018 – 2020</w:t>
      </w:r>
    </w:p>
    <w:p>
      <w:pPr>
        <w:pStyle w:val="ListBullet"/>
        <w:spacing w:after="6"/>
        <w:ind w:left="288"/>
      </w:pPr>
      <w:r>
        <w:t>Supported client applications and web environments while collaborating with team members and stakeholders to investigate issues and implement effective solutions.</w:t>
      </w:r>
    </w:p>
    <w:p>
      <w:pPr>
        <w:pStyle w:val="ListBullet"/>
        <w:spacing w:after="6"/>
        <w:ind w:left="288"/>
      </w:pPr>
      <w:r>
        <w:t>Installed and configured software environments and built responsive solutions using React, Node.js, JavaScript, HTML5, and CSS3.</w:t>
      </w:r>
    </w:p>
    <w:p>
      <w:pPr>
        <w:pStyle w:val="ListBullet"/>
        <w:spacing w:after="6"/>
        <w:ind w:left="288"/>
      </w:pPr>
      <w:r>
        <w:t>Managed multiple technical priorities, participated in team meetings and code reviews, and communicated changes and issue resolution to stakeholders.</w:t>
      </w:r>
    </w:p>
    <w:p>
      <w:pPr>
        <w:spacing w:after="20"/>
      </w:pPr>
      <w:r>
        <w:rPr>
          <w:b w:val="0"/>
        </w:rPr>
      </w:r>
      <w:r>
        <w:rPr>
          <w:b/>
        </w:rPr>
        <w:t xml:space="preserve">IT ENGINEERING INTERN | </w:t>
      </w:r>
      <w:r>
        <w:t xml:space="preserve">Google, New York, NY | </w:t>
      </w:r>
      <w:r>
        <w:rPr>
          <w:b/>
        </w:rPr>
        <w:t>2013</w:t>
      </w:r>
    </w:p>
    <w:p>
      <w:pPr>
        <w:pStyle w:val="ListBullet"/>
        <w:spacing w:after="6"/>
        <w:ind w:left="288"/>
      </w:pPr>
      <w:r>
        <w:t>Delivered onsite and remote enterprise technology support across Windows, OS X/macOS, Linux, Chrome OS, and Android, resolving hardware, software, corporate-application, access, and connectivity issues.</w:t>
      </w:r>
    </w:p>
    <w:p>
      <w:pPr>
        <w:pStyle w:val="ListBullet"/>
        <w:spacing w:after="6"/>
        <w:ind w:left="288"/>
      </w:pPr>
      <w:r>
        <w:t>Supported workplace and collaboration technologies including video conferencing, VoIP, office communication tools, mobile devices, and remote-access services.</w:t>
      </w:r>
    </w:p>
    <w:p>
      <w:pPr>
        <w:pStyle w:val="ListBullet"/>
        <w:spacing w:after="6"/>
        <w:ind w:left="288"/>
      </w:pPr>
      <w:r>
        <w:t>Managed user-account lifecycle activities including creation, configuration, and termination; investigated requests and documented, resolved, or escalated issues as appropriate.</w:t>
      </w:r>
    </w:p>
    <w:p>
      <w:pPr>
        <w:spacing w:after="20"/>
      </w:pPr>
      <w:r>
        <w:rPr>
          <w:b w:val="0"/>
        </w:rPr>
      </w:r>
      <w:r>
        <w:rPr>
          <w:b/>
        </w:rPr>
        <w:t xml:space="preserve">COMPUTER SUPPORT SPECIALIST | </w:t>
      </w:r>
      <w:r>
        <w:t xml:space="preserve">Texans CAN! Academy, Houston, TX | </w:t>
      </w:r>
      <w:r>
        <w:rPr>
          <w:b/>
        </w:rPr>
        <w:t>2010 – 2012</w:t>
      </w:r>
    </w:p>
    <w:p>
      <w:pPr>
        <w:pStyle w:val="ListBullet"/>
        <w:spacing w:after="6"/>
        <w:ind w:left="288"/>
      </w:pPr>
      <w:r>
        <w:t>Provided responsive end-user support to staff and students, diagnosing and resolving computer, software, printer, network-connectivity, and user-access issues.</w:t>
      </w:r>
    </w:p>
    <w:p>
      <w:pPr>
        <w:pStyle w:val="ListBullet"/>
        <w:spacing w:after="6"/>
        <w:ind w:left="288"/>
      </w:pPr>
      <w:r>
        <w:t>Maintained computer labs and device readiness through hardware repairs, system imaging, software updates, workstation/peripheral setup, and device deployment.</w:t>
      </w:r>
    </w:p>
    <w:p>
      <w:pPr>
        <w:pStyle w:val="ListBullet"/>
        <w:spacing w:after="6"/>
        <w:ind w:left="288"/>
      </w:pPr>
      <w:r>
        <w:t>Maintained asset records and supported loaner-equipment assignment, tracking, return, and readiness for redeployment; documented technical procedures and support information.</w:t>
      </w:r>
    </w:p>
    <w:p>
      <w:pPr>
        <w:spacing w:after="20"/>
      </w:pPr>
      <w:r>
        <w:rPr>
          <w:b w:val="0"/>
        </w:rPr>
      </w:r>
      <w:r>
        <w:rPr>
          <w:b/>
        </w:rPr>
        <w:t xml:space="preserve">DESKTOP SUPPORT / FIELD SERVICE | </w:t>
      </w:r>
      <w:r>
        <w:t xml:space="preserve">P.E.Q. Consulting; CHR Solutions; Best Buy Geek Squad; H&amp;R Block — Houston, TX | </w:t>
      </w:r>
      <w:r>
        <w:rPr>
          <w:b/>
        </w:rPr>
        <w:t>2007 – 2010</w:t>
      </w:r>
    </w:p>
    <w:p>
      <w:pPr>
        <w:pStyle w:val="ListBullet"/>
        <w:spacing w:after="6"/>
        <w:ind w:left="288"/>
      </w:pPr>
      <w:r>
        <w:t>Delivered customer-facing desktop and field support including hardware diagnostics and component replacement, Windows troubleshooting, hard-drive imaging, network-printer configuration, TCP/IP/DNS configuration, VPN setup, and network-drive mapping.</w:t>
      </w:r>
    </w:p>
    <w:p>
      <w:pPr>
        <w:spacing w:after="40" w:before="60"/>
      </w:pPr>
      <w:r>
        <w:rPr>
          <w:b/>
          <w:sz w:val="21"/>
        </w:rPr>
        <w:t>EDUCATION</w:t>
      </w:r>
    </w:p>
    <w:p>
      <w:pPr>
        <w:spacing w:after="20"/>
      </w:pPr>
      <w:r>
        <w:rPr>
          <w:b w:val="0"/>
        </w:rPr>
      </w:r>
      <w:r>
        <w:rPr>
          <w:b/>
        </w:rPr>
        <w:t>M.S., Computer Science</w:t>
      </w:r>
      <w:r>
        <w:t xml:space="preserve"> | Texas Southern University — 2015</w:t>
        <w:br/>
      </w:r>
      <w:r>
        <w:rPr>
          <w:b/>
        </w:rPr>
        <w:t>B.S., Computer Science</w:t>
      </w:r>
      <w:r>
        <w:t xml:space="preserve"> | University of Houston–Downtown — 2013 | Minor: Applied Mathematics</w:t>
        <w:br/>
      </w:r>
      <w:r>
        <w:rPr>
          <w:b/>
        </w:rPr>
        <w:t>A.A.S., Electronics &amp; Computer Technology</w:t>
      </w:r>
      <w:r>
        <w:t xml:space="preserve"> | DeVry University–Houston — 2006</w:t>
      </w:r>
    </w:p>
    <w:p>
      <w:pPr>
        <w:spacing w:after="40" w:before="60"/>
      </w:pPr>
      <w:r>
        <w:rPr>
          <w:b/>
          <w:sz w:val="21"/>
        </w:rPr>
        <w:t>CERTIFICATIONS &amp; PROFESSIONAL DEVELOPMENT</w:t>
      </w:r>
    </w:p>
    <w:p>
      <w:pPr>
        <w:spacing w:after="20"/>
      </w:pPr>
      <w:r>
        <w:rPr>
          <w:b w:val="0"/>
        </w:rPr>
      </w:r>
      <w:r>
        <w:rPr>
          <w:b/>
        </w:rPr>
        <w:t>Microsoft Azure Fundamentals (AZ-900)</w:t>
      </w:r>
      <w:r>
        <w:t xml:space="preserve"> — In progress; exam planned November 2026 | </w:t>
      </w:r>
      <w:r>
        <w:rPr>
          <w:b/>
        </w:rPr>
        <w:t>CompTIA A+</w:t>
      </w:r>
      <w:r>
        <w:t xml:space="preserve"> | </w:t>
      </w:r>
      <w:r>
        <w:rPr>
          <w:b/>
        </w:rPr>
        <w:t>CompTIA Network+</w:t>
      </w:r>
    </w:p>
    <w:sectPr w:rsidR="00FC693F" w:rsidRPr="0006063C" w:rsidSect="00034616">
      <w:pgSz w:w="12240" w:h="15840"/>
      <w:pgMar w:top="691" w:right="936" w:bottom="691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